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AED4" w14:textId="77777777" w:rsidR="00D85338" w:rsidRPr="00D85338" w:rsidRDefault="00D85338" w:rsidP="00D85338">
      <w:pPr>
        <w:jc w:val="center"/>
        <w:rPr>
          <w:b/>
          <w:bCs/>
          <w:sz w:val="36"/>
          <w:szCs w:val="36"/>
        </w:rPr>
      </w:pPr>
      <w:r w:rsidRPr="00D85338">
        <w:rPr>
          <w:b/>
          <w:bCs/>
          <w:sz w:val="36"/>
          <w:szCs w:val="36"/>
        </w:rPr>
        <w:t>BIÊN BẢN THỎA THUẬN THANH TOÁN THAY</w:t>
      </w:r>
    </w:p>
    <w:p w14:paraId="7FF328CB" w14:textId="39E6B25A" w:rsidR="00D85338" w:rsidRDefault="006B2692" w:rsidP="00D85338">
      <w:r>
        <w:br/>
        <w:t>Hôm nay, ngày .... tháng .... năm ...., tại .......................................</w:t>
      </w:r>
      <w:r>
        <w:br/>
      </w:r>
      <w:r>
        <w:br/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có</w:t>
      </w:r>
      <w:proofErr w:type="spellEnd"/>
      <w:r>
        <w:t>:</w:t>
      </w:r>
      <w:r>
        <w:br/>
        <w:t>1. Đại diện Bên A (Bên thanh toán thay):</w:t>
      </w:r>
      <w:r>
        <w:br/>
        <w:t xml:space="preserve">   - Tên công ty: ..............................................................</w:t>
      </w:r>
      <w:r>
        <w:br/>
        <w:t xml:space="preserve">   - Địa chỉ: ..................................................................</w:t>
      </w:r>
      <w:r>
        <w:br/>
        <w:t xml:space="preserve">   - Mã số thuế: ...............................................................</w:t>
      </w:r>
      <w:r>
        <w:br/>
        <w:t xml:space="preserve">   -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 w:rsidR="007237F9">
        <w:t xml:space="preserve"> pháp </w:t>
      </w:r>
      <w:proofErr w:type="spellStart"/>
      <w:r w:rsidR="007237F9">
        <w:t>luật</w:t>
      </w:r>
      <w:proofErr w:type="spellEnd"/>
      <w:r>
        <w:t>: ...........................................................</w:t>
      </w:r>
      <w:r>
        <w:br/>
        <w:t xml:space="preserve">   - Chức vụ: ...................................................................</w:t>
      </w:r>
      <w:r>
        <w:br/>
        <w:t>2. Đại diện Bên B (Bên mua hàng):</w:t>
      </w:r>
      <w:r>
        <w:br/>
        <w:t xml:space="preserve">   - Tên công ty: ..............................................................</w:t>
      </w:r>
      <w:r>
        <w:br/>
        <w:t xml:space="preserve">   - Địa chỉ: ..................................................................</w:t>
      </w:r>
      <w:r>
        <w:br/>
        <w:t xml:space="preserve">   - Mã số thuế: ...............................................................</w:t>
      </w:r>
      <w:r>
        <w:br/>
        <w:t xml:space="preserve">   -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 w:rsidR="007237F9">
        <w:t xml:space="preserve"> </w:t>
      </w:r>
      <w:r w:rsidR="007237F9">
        <w:t xml:space="preserve">pháp </w:t>
      </w:r>
      <w:proofErr w:type="spellStart"/>
      <w:r w:rsidR="007237F9">
        <w:t>luật</w:t>
      </w:r>
      <w:proofErr w:type="spellEnd"/>
      <w:r>
        <w:t>: ...........................................................</w:t>
      </w:r>
      <w:r>
        <w:br/>
        <w:t xml:space="preserve">   - Chức </w:t>
      </w:r>
      <w:proofErr w:type="spellStart"/>
      <w:r>
        <w:t>vụ</w:t>
      </w:r>
      <w:proofErr w:type="spellEnd"/>
      <w:r>
        <w:t>: ...................................................................</w:t>
      </w:r>
    </w:p>
    <w:p w14:paraId="52A49E82" w14:textId="2E70E4BD" w:rsidR="00583C51" w:rsidRDefault="006B2692" w:rsidP="00D85338">
      <w:proofErr w:type="spellStart"/>
      <w:r>
        <w:t>Cùng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thanh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  <w:r>
        <w:br/>
      </w:r>
      <w:r w:rsidRPr="00D85338">
        <w:rPr>
          <w:b/>
          <w:bCs/>
        </w:rPr>
        <w:t xml:space="preserve">Điều 1: </w:t>
      </w:r>
      <w:proofErr w:type="spellStart"/>
      <w:r w:rsidRPr="00D85338">
        <w:rPr>
          <w:b/>
          <w:bCs/>
        </w:rPr>
        <w:t>Nội</w:t>
      </w:r>
      <w:proofErr w:type="spellEnd"/>
      <w:r w:rsidRPr="00D85338">
        <w:rPr>
          <w:b/>
          <w:bCs/>
        </w:rPr>
        <w:t xml:space="preserve"> dung thanh </w:t>
      </w:r>
      <w:proofErr w:type="spellStart"/>
      <w:r w:rsidRPr="00D85338">
        <w:rPr>
          <w:b/>
          <w:bCs/>
        </w:rPr>
        <w:t>toán</w:t>
      </w:r>
      <w:proofErr w:type="spellEnd"/>
      <w:r w:rsidRPr="00D85338">
        <w:rPr>
          <w:b/>
          <w:bCs/>
        </w:rPr>
        <w:br/>
      </w:r>
      <w:r>
        <w:t xml:space="preserve">Bên A đồng ý thực hiện thanh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 w:rsidR="00583C51">
        <w:t>:</w:t>
      </w:r>
    </w:p>
    <w:p w14:paraId="065F3A1D" w14:textId="0EC23210" w:rsidR="00583C51" w:rsidRDefault="00583C51" w:rsidP="007237F9">
      <w:pPr>
        <w:pStyle w:val="ListParagraph"/>
        <w:numPr>
          <w:ilvl w:val="0"/>
          <w:numId w:val="10"/>
        </w:numPr>
        <w:jc w:val="both"/>
      </w:pPr>
      <w:r>
        <w:t xml:space="preserve">Các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booking…………/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đơn</w:t>
      </w:r>
      <w:proofErr w:type="spellEnd"/>
      <w:r>
        <w:t>……</w:t>
      </w:r>
      <w:proofErr w:type="gramStart"/>
      <w:r>
        <w:t>…..</w:t>
      </w:r>
      <w:proofErr w:type="gramEnd"/>
      <w:r>
        <w:t xml:space="preserve">do </w:t>
      </w:r>
      <w:proofErr w:type="spellStart"/>
      <w:r>
        <w:t>Hãng</w:t>
      </w:r>
      <w:proofErr w:type="spellEnd"/>
      <w:r>
        <w:t xml:space="preserve"> </w:t>
      </w:r>
      <w:proofErr w:type="spellStart"/>
      <w:r>
        <w:t>tàu</w:t>
      </w:r>
      <w:proofErr w:type="spellEnd"/>
      <w:r>
        <w:t xml:space="preserve"> OOCL </w:t>
      </w:r>
      <w:proofErr w:type="spellStart"/>
      <w:r>
        <w:t>phát</w:t>
      </w:r>
      <w:proofErr w:type="spellEnd"/>
      <w:r>
        <w:t xml:space="preserve"> hành.</w:t>
      </w:r>
    </w:p>
    <w:p w14:paraId="4E1B2699" w14:textId="20D2573B" w:rsidR="00D85338" w:rsidRPr="00DF1596" w:rsidRDefault="00583C51" w:rsidP="007237F9">
      <w:pPr>
        <w:pStyle w:val="ListParagraph"/>
        <w:numPr>
          <w:ilvl w:val="0"/>
          <w:numId w:val="10"/>
        </w:numPr>
        <w:jc w:val="both"/>
        <w:rPr>
          <w:b/>
          <w:bCs/>
        </w:rPr>
      </w:pPr>
      <w:r>
        <w:t>H</w:t>
      </w:r>
      <w:r w:rsidR="006B2692">
        <w:t xml:space="preserve">óa </w:t>
      </w:r>
      <w:proofErr w:type="spellStart"/>
      <w:r w:rsidR="006B2692">
        <w:t>đơn</w:t>
      </w:r>
      <w:proofErr w:type="spellEnd"/>
      <w:r w:rsidR="006B2692">
        <w:t xml:space="preserve"> </w:t>
      </w:r>
      <w:proofErr w:type="spellStart"/>
      <w:r w:rsidR="006B2692">
        <w:t>số</w:t>
      </w:r>
      <w:proofErr w:type="spellEnd"/>
      <w:r w:rsidR="006B2692">
        <w:t xml:space="preserve"> ............ ngày ......... </w:t>
      </w:r>
      <w:proofErr w:type="spellStart"/>
      <w:r w:rsidR="006B2692">
        <w:t>do</w:t>
      </w:r>
      <w:proofErr w:type="spellEnd"/>
      <w:r w:rsidR="006B2692">
        <w:t xml:space="preserve"> Công ty </w:t>
      </w:r>
      <w:r>
        <w:t xml:space="preserve">TNHH OOCL Việt Nam </w:t>
      </w:r>
      <w:r w:rsidR="006B2692">
        <w:t>(</w:t>
      </w:r>
      <w:proofErr w:type="spellStart"/>
      <w:r w:rsidR="006B2692">
        <w:t>bên</w:t>
      </w:r>
      <w:proofErr w:type="spellEnd"/>
      <w:r w:rsidR="006B2692">
        <w:t xml:space="preserve"> </w:t>
      </w:r>
      <w:r>
        <w:t>C/</w:t>
      </w:r>
      <w:proofErr w:type="spellStart"/>
      <w:r>
        <w:t>bên</w:t>
      </w:r>
      <w:proofErr w:type="spellEnd"/>
      <w:r>
        <w:t xml:space="preserve"> </w:t>
      </w:r>
      <w:proofErr w:type="spellStart"/>
      <w:r w:rsidR="006B2692">
        <w:t>bán</w:t>
      </w:r>
      <w:proofErr w:type="spellEnd"/>
      <w:r w:rsidR="006B2692">
        <w:t xml:space="preserve">) </w:t>
      </w:r>
      <w:proofErr w:type="spellStart"/>
      <w:r w:rsidR="006B2692">
        <w:t>phát</w:t>
      </w:r>
      <w:proofErr w:type="spellEnd"/>
      <w:r w:rsidR="006B2692">
        <w:t xml:space="preserve"> hành, </w:t>
      </w:r>
      <w:proofErr w:type="spellStart"/>
      <w:r w:rsidR="006B2692">
        <w:t>với</w:t>
      </w:r>
      <w:proofErr w:type="spellEnd"/>
      <w:r w:rsidR="006B2692">
        <w:t xml:space="preserve"> </w:t>
      </w:r>
      <w:proofErr w:type="spellStart"/>
      <w:r w:rsidR="006B2692">
        <w:t>nội</w:t>
      </w:r>
      <w:proofErr w:type="spellEnd"/>
      <w:r w:rsidR="006B2692">
        <w:t xml:space="preserve"> dung: ...............................................................</w:t>
      </w:r>
      <w:r w:rsidR="00DF1596">
        <w:t xml:space="preserve"> </w:t>
      </w:r>
      <w:r w:rsidR="00DF1596" w:rsidRPr="00DF1596">
        <w:rPr>
          <w:color w:val="EE0000"/>
        </w:rPr>
        <w:t>(*)</w:t>
      </w:r>
    </w:p>
    <w:p w14:paraId="1D7B6656" w14:textId="4072C351" w:rsidR="00DF1596" w:rsidRPr="001C430D" w:rsidRDefault="00DF1596" w:rsidP="001C430D">
      <w:pPr>
        <w:ind w:firstLine="360"/>
        <w:jc w:val="both"/>
      </w:pPr>
      <w:r w:rsidRPr="001C430D">
        <w:rPr>
          <w:color w:val="EE0000"/>
        </w:rPr>
        <w:t>(*)</w:t>
      </w:r>
      <w:r>
        <w:rPr>
          <w:b/>
          <w:bCs/>
        </w:rPr>
        <w:t xml:space="preserve"> </w:t>
      </w:r>
      <w:proofErr w:type="spellStart"/>
      <w:r w:rsidR="001C430D" w:rsidRPr="00410561">
        <w:rPr>
          <w:i/>
          <w:iCs/>
          <w:color w:val="EE0000"/>
        </w:rPr>
        <w:t>để</w:t>
      </w:r>
      <w:proofErr w:type="spellEnd"/>
      <w:r w:rsidR="001C430D" w:rsidRPr="00410561">
        <w:rPr>
          <w:i/>
          <w:iCs/>
          <w:color w:val="EE0000"/>
        </w:rPr>
        <w:t xml:space="preserve"> </w:t>
      </w:r>
      <w:proofErr w:type="spellStart"/>
      <w:r w:rsidR="001C430D" w:rsidRPr="00410561">
        <w:rPr>
          <w:i/>
          <w:iCs/>
          <w:color w:val="EE0000"/>
        </w:rPr>
        <w:t>trống</w:t>
      </w:r>
      <w:proofErr w:type="spellEnd"/>
      <w:r w:rsidR="001C430D" w:rsidRPr="00410561">
        <w:rPr>
          <w:i/>
          <w:iCs/>
          <w:color w:val="EE0000"/>
        </w:rPr>
        <w:t xml:space="preserve"> </w:t>
      </w:r>
      <w:proofErr w:type="spellStart"/>
      <w:r w:rsidR="001C430D" w:rsidRPr="00410561">
        <w:rPr>
          <w:i/>
          <w:iCs/>
          <w:color w:val="EE0000"/>
        </w:rPr>
        <w:t>nếu</w:t>
      </w:r>
      <w:proofErr w:type="spellEnd"/>
      <w:r w:rsidR="001C430D" w:rsidRPr="00410561">
        <w:rPr>
          <w:i/>
          <w:iCs/>
          <w:color w:val="EE0000"/>
        </w:rPr>
        <w:t xml:space="preserve"> </w:t>
      </w:r>
      <w:proofErr w:type="spellStart"/>
      <w:r w:rsidR="001C430D" w:rsidRPr="00410561">
        <w:rPr>
          <w:i/>
          <w:iCs/>
          <w:color w:val="EE0000"/>
        </w:rPr>
        <w:t>các</w:t>
      </w:r>
      <w:proofErr w:type="spellEnd"/>
      <w:r w:rsidR="001C430D" w:rsidRPr="00410561">
        <w:rPr>
          <w:i/>
          <w:iCs/>
          <w:color w:val="EE0000"/>
        </w:rPr>
        <w:t xml:space="preserve"> </w:t>
      </w:r>
      <w:proofErr w:type="spellStart"/>
      <w:r w:rsidR="001C430D" w:rsidRPr="00410561">
        <w:rPr>
          <w:i/>
          <w:iCs/>
          <w:color w:val="EE0000"/>
        </w:rPr>
        <w:t>khoản</w:t>
      </w:r>
      <w:proofErr w:type="spellEnd"/>
      <w:r w:rsidR="001C430D" w:rsidRPr="00410561">
        <w:rPr>
          <w:i/>
          <w:iCs/>
          <w:color w:val="EE0000"/>
        </w:rPr>
        <w:t xml:space="preserve"> thu </w:t>
      </w:r>
      <w:proofErr w:type="spellStart"/>
      <w:r w:rsidR="001C430D" w:rsidRPr="00410561">
        <w:rPr>
          <w:i/>
          <w:iCs/>
          <w:color w:val="EE0000"/>
        </w:rPr>
        <w:t>chờ</w:t>
      </w:r>
      <w:proofErr w:type="spellEnd"/>
      <w:r w:rsidR="001C430D" w:rsidRPr="00410561">
        <w:rPr>
          <w:i/>
          <w:iCs/>
          <w:color w:val="EE0000"/>
        </w:rPr>
        <w:t xml:space="preserve"> xuất hóa </w:t>
      </w:r>
      <w:proofErr w:type="spellStart"/>
      <w:r w:rsidR="001C430D" w:rsidRPr="00410561">
        <w:rPr>
          <w:i/>
          <w:iCs/>
          <w:color w:val="EE0000"/>
        </w:rPr>
        <w:t>đơn</w:t>
      </w:r>
      <w:proofErr w:type="spellEnd"/>
      <w:r w:rsidR="001C430D" w:rsidRPr="00410561">
        <w:rPr>
          <w:i/>
          <w:iCs/>
          <w:color w:val="EE0000"/>
        </w:rPr>
        <w:t xml:space="preserve"> </w:t>
      </w:r>
      <w:proofErr w:type="spellStart"/>
      <w:r w:rsidR="00410561" w:rsidRPr="00410561">
        <w:rPr>
          <w:i/>
          <w:iCs/>
          <w:color w:val="EE0000"/>
        </w:rPr>
        <w:t>sau</w:t>
      </w:r>
      <w:proofErr w:type="spellEnd"/>
      <w:r w:rsidR="00410561" w:rsidRPr="00410561">
        <w:rPr>
          <w:i/>
          <w:iCs/>
          <w:color w:val="EE0000"/>
        </w:rPr>
        <w:t xml:space="preserve"> </w:t>
      </w:r>
      <w:proofErr w:type="spellStart"/>
      <w:r w:rsidR="00410561" w:rsidRPr="00410561">
        <w:rPr>
          <w:i/>
          <w:iCs/>
          <w:color w:val="EE0000"/>
        </w:rPr>
        <w:t>khi</w:t>
      </w:r>
      <w:proofErr w:type="spellEnd"/>
      <w:r w:rsidR="00410561" w:rsidRPr="00410561">
        <w:rPr>
          <w:i/>
          <w:iCs/>
          <w:color w:val="EE0000"/>
        </w:rPr>
        <w:t xml:space="preserve"> </w:t>
      </w:r>
      <w:proofErr w:type="spellStart"/>
      <w:r w:rsidR="00410561" w:rsidRPr="00410561">
        <w:rPr>
          <w:i/>
          <w:iCs/>
          <w:color w:val="EE0000"/>
        </w:rPr>
        <w:t>dịch</w:t>
      </w:r>
      <w:proofErr w:type="spellEnd"/>
      <w:r w:rsidR="00410561" w:rsidRPr="00410561">
        <w:rPr>
          <w:i/>
          <w:iCs/>
          <w:color w:val="EE0000"/>
        </w:rPr>
        <w:t xml:space="preserve"> </w:t>
      </w:r>
      <w:proofErr w:type="spellStart"/>
      <w:r w:rsidR="00410561" w:rsidRPr="00410561">
        <w:rPr>
          <w:i/>
          <w:iCs/>
          <w:color w:val="EE0000"/>
        </w:rPr>
        <w:t>vụ</w:t>
      </w:r>
      <w:proofErr w:type="spellEnd"/>
      <w:r w:rsidR="00410561" w:rsidRPr="00410561">
        <w:rPr>
          <w:i/>
          <w:iCs/>
          <w:color w:val="EE0000"/>
        </w:rPr>
        <w:t xml:space="preserve"> </w:t>
      </w:r>
      <w:proofErr w:type="spellStart"/>
      <w:r w:rsidR="00410561" w:rsidRPr="00410561">
        <w:rPr>
          <w:i/>
          <w:iCs/>
          <w:color w:val="EE0000"/>
        </w:rPr>
        <w:t>kết</w:t>
      </w:r>
      <w:proofErr w:type="spellEnd"/>
      <w:r w:rsidR="00410561" w:rsidRPr="00410561">
        <w:rPr>
          <w:i/>
          <w:iCs/>
          <w:color w:val="EE0000"/>
        </w:rPr>
        <w:t xml:space="preserve"> </w:t>
      </w:r>
      <w:proofErr w:type="spellStart"/>
      <w:r w:rsidR="00410561" w:rsidRPr="00410561">
        <w:rPr>
          <w:i/>
          <w:iCs/>
          <w:color w:val="EE0000"/>
        </w:rPr>
        <w:t>thúc</w:t>
      </w:r>
      <w:proofErr w:type="spellEnd"/>
      <w:r w:rsidR="00410561" w:rsidRPr="00410561">
        <w:rPr>
          <w:i/>
          <w:iCs/>
          <w:color w:val="EE0000"/>
        </w:rPr>
        <w:t>.</w:t>
      </w:r>
    </w:p>
    <w:p w14:paraId="51414490" w14:textId="435054A5" w:rsidR="00D85338" w:rsidRDefault="006B2692" w:rsidP="00D85338">
      <w:r w:rsidRPr="00D85338">
        <w:rPr>
          <w:b/>
          <w:bCs/>
        </w:rPr>
        <w:t xml:space="preserve">Điều 2: </w:t>
      </w:r>
      <w:proofErr w:type="spellStart"/>
      <w:r w:rsidRPr="00D85338">
        <w:rPr>
          <w:b/>
          <w:bCs/>
        </w:rPr>
        <w:t>Số</w:t>
      </w:r>
      <w:proofErr w:type="spellEnd"/>
      <w:r w:rsidRPr="00D85338">
        <w:rPr>
          <w:b/>
          <w:bCs/>
        </w:rPr>
        <w:t xml:space="preserve"> </w:t>
      </w:r>
      <w:proofErr w:type="spellStart"/>
      <w:r w:rsidRPr="00D85338">
        <w:rPr>
          <w:b/>
          <w:bCs/>
        </w:rPr>
        <w:t>tiền</w:t>
      </w:r>
      <w:proofErr w:type="spellEnd"/>
      <w:r w:rsidRPr="00D85338">
        <w:rPr>
          <w:b/>
          <w:bCs/>
        </w:rPr>
        <w:t xml:space="preserve"> thanh </w:t>
      </w:r>
      <w:proofErr w:type="spellStart"/>
      <w:r w:rsidRPr="00D85338">
        <w:rPr>
          <w:b/>
          <w:bCs/>
        </w:rPr>
        <w:t>toán</w:t>
      </w:r>
      <w:proofErr w:type="spellEnd"/>
      <w:r w:rsidRPr="00D85338">
        <w:rPr>
          <w:b/>
          <w:bCs/>
        </w:rPr>
        <w:br/>
      </w:r>
      <w:r>
        <w:t xml:space="preserve">Tổng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thanh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thay</w:t>
      </w:r>
      <w:proofErr w:type="spellEnd"/>
      <w:r w:rsidR="00583C51">
        <w:t xml:space="preserve"> </w:t>
      </w:r>
      <w:proofErr w:type="spellStart"/>
      <w:r w:rsidR="00583C51" w:rsidRPr="00583C51">
        <w:t>tính</w:t>
      </w:r>
      <w:proofErr w:type="spellEnd"/>
      <w:r w:rsidR="00583C51" w:rsidRPr="00583C51">
        <w:t xml:space="preserve"> </w:t>
      </w:r>
      <w:proofErr w:type="spellStart"/>
      <w:r w:rsidR="00583C51" w:rsidRPr="00583C51">
        <w:t>đến</w:t>
      </w:r>
      <w:proofErr w:type="spellEnd"/>
      <w:r w:rsidR="00583C51" w:rsidRPr="00583C51">
        <w:t xml:space="preserve"> </w:t>
      </w:r>
      <w:proofErr w:type="spellStart"/>
      <w:r w:rsidR="00583C51" w:rsidRPr="00583C51">
        <w:t>ngày</w:t>
      </w:r>
      <w:proofErr w:type="spellEnd"/>
      <w:r w:rsidR="00583C51">
        <w:t>………</w:t>
      </w:r>
      <w:proofErr w:type="gramStart"/>
      <w:r w:rsidR="00583C51">
        <w:t>…..</w:t>
      </w:r>
      <w:proofErr w:type="gramEnd"/>
      <w:r>
        <w:t>: ..................... VNĐ (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chữ</w:t>
      </w:r>
      <w:proofErr w:type="spellEnd"/>
      <w:r>
        <w:t>: ................................................</w:t>
      </w:r>
      <w:r w:rsidR="00D85338">
        <w:t>)</w:t>
      </w:r>
    </w:p>
    <w:p w14:paraId="4E5F6B95" w14:textId="5C1A1913" w:rsidR="00D85338" w:rsidRDefault="006B2692">
      <w:r w:rsidRPr="00D85338">
        <w:rPr>
          <w:b/>
          <w:bCs/>
        </w:rPr>
        <w:t xml:space="preserve">Điều 3: Cam </w:t>
      </w:r>
      <w:proofErr w:type="spellStart"/>
      <w:r w:rsidRPr="00D85338">
        <w:rPr>
          <w:b/>
          <w:bCs/>
        </w:rPr>
        <w:t>kết</w:t>
      </w:r>
      <w:proofErr w:type="spellEnd"/>
      <w:r>
        <w:br/>
        <w:t xml:space="preserve">- </w:t>
      </w:r>
      <w:proofErr w:type="spellStart"/>
      <w:r>
        <w:t>Bên</w:t>
      </w:r>
      <w:proofErr w:type="spellEnd"/>
      <w:r>
        <w:t xml:space="preserve"> A cam kết việc thanh toán thay là hoàn toàn tự nguyện, không yêu cầu hoàn </w:t>
      </w:r>
      <w:proofErr w:type="spellStart"/>
      <w:r>
        <w:t>trả</w:t>
      </w:r>
      <w:proofErr w:type="spellEnd"/>
      <w:r>
        <w:t xml:space="preserve"> từ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bán</w:t>
      </w:r>
      <w:proofErr w:type="spellEnd"/>
      <w:r w:rsidR="00641696">
        <w:t xml:space="preserve"> </w:t>
      </w:r>
      <w:proofErr w:type="spellStart"/>
      <w:r w:rsidR="00641696">
        <w:t>trừ</w:t>
      </w:r>
      <w:proofErr w:type="spellEnd"/>
      <w:r w:rsidR="00641696">
        <w:t xml:space="preserve"> </w:t>
      </w:r>
      <w:proofErr w:type="spellStart"/>
      <w:r w:rsidR="00641696">
        <w:t>khi</w:t>
      </w:r>
      <w:proofErr w:type="spellEnd"/>
      <w:r w:rsidR="00641696">
        <w:t xml:space="preserve"> </w:t>
      </w:r>
      <w:proofErr w:type="spellStart"/>
      <w:r w:rsidR="00641696">
        <w:t>bên</w:t>
      </w:r>
      <w:proofErr w:type="spellEnd"/>
      <w:r w:rsidR="00641696">
        <w:t xml:space="preserve"> B </w:t>
      </w:r>
      <w:proofErr w:type="spellStart"/>
      <w:r w:rsidR="00641696">
        <w:t>thực</w:t>
      </w:r>
      <w:proofErr w:type="spellEnd"/>
      <w:r w:rsidR="00641696">
        <w:t xml:space="preserve"> </w:t>
      </w:r>
      <w:proofErr w:type="spellStart"/>
      <w:r w:rsidR="00641696">
        <w:t>hiện</w:t>
      </w:r>
      <w:proofErr w:type="spellEnd"/>
      <w:r w:rsidR="00641696">
        <w:t xml:space="preserve"> thanh </w:t>
      </w:r>
      <w:proofErr w:type="spellStart"/>
      <w:r w:rsidR="00641696">
        <w:t>toán</w:t>
      </w:r>
      <w:proofErr w:type="spellEnd"/>
      <w:r w:rsidR="00641696">
        <w:t xml:space="preserve"> </w:t>
      </w:r>
      <w:proofErr w:type="spellStart"/>
      <w:r w:rsidR="00350258">
        <w:t>đầy</w:t>
      </w:r>
      <w:proofErr w:type="spellEnd"/>
      <w:r w:rsidR="00350258">
        <w:t xml:space="preserve"> </w:t>
      </w:r>
      <w:proofErr w:type="spellStart"/>
      <w:r w:rsidR="00350258">
        <w:t>đủ</w:t>
      </w:r>
      <w:proofErr w:type="spellEnd"/>
      <w:r w:rsidR="00350258">
        <w:t xml:space="preserve"> </w:t>
      </w:r>
      <w:proofErr w:type="spellStart"/>
      <w:r w:rsidR="00641696">
        <w:t>và</w:t>
      </w:r>
      <w:proofErr w:type="spellEnd"/>
      <w:r w:rsidR="00641696">
        <w:t xml:space="preserve"> </w:t>
      </w:r>
      <w:proofErr w:type="spellStart"/>
      <w:r w:rsidR="00350258">
        <w:t>cả</w:t>
      </w:r>
      <w:proofErr w:type="spellEnd"/>
      <w:r w:rsidR="00350258">
        <w:t xml:space="preserve"> </w:t>
      </w:r>
      <w:proofErr w:type="spellStart"/>
      <w:r w:rsidR="00350258">
        <w:t>bên</w:t>
      </w:r>
      <w:proofErr w:type="spellEnd"/>
      <w:r w:rsidR="00350258">
        <w:t xml:space="preserve"> A </w:t>
      </w:r>
      <w:proofErr w:type="spellStart"/>
      <w:r w:rsidR="00350258">
        <w:t>và</w:t>
      </w:r>
      <w:proofErr w:type="spellEnd"/>
      <w:r w:rsidR="00350258">
        <w:t xml:space="preserve"> </w:t>
      </w:r>
      <w:proofErr w:type="spellStart"/>
      <w:r w:rsidR="00350258">
        <w:t>bên</w:t>
      </w:r>
      <w:proofErr w:type="spellEnd"/>
      <w:r w:rsidR="00350258">
        <w:t xml:space="preserve"> B </w:t>
      </w:r>
      <w:proofErr w:type="spellStart"/>
      <w:r w:rsidR="00641696">
        <w:t>đề</w:t>
      </w:r>
      <w:proofErr w:type="spellEnd"/>
      <w:r w:rsidR="00641696">
        <w:t xml:space="preserve"> n</w:t>
      </w:r>
      <w:proofErr w:type="spellStart"/>
      <w:r w:rsidR="00641696">
        <w:t>ghị</w:t>
      </w:r>
      <w:proofErr w:type="spellEnd"/>
      <w:r w:rsidR="00641696">
        <w:t xml:space="preserve"> </w:t>
      </w:r>
      <w:proofErr w:type="spellStart"/>
      <w:r w:rsidR="00350258">
        <w:t>hủy</w:t>
      </w:r>
      <w:proofErr w:type="spellEnd"/>
      <w:r w:rsidR="00350258">
        <w:t xml:space="preserve"> </w:t>
      </w:r>
      <w:proofErr w:type="spellStart"/>
      <w:r w:rsidR="00350258">
        <w:t>bỏ</w:t>
      </w:r>
      <w:proofErr w:type="spellEnd"/>
      <w:r w:rsidR="00350258">
        <w:t xml:space="preserve"> </w:t>
      </w:r>
      <w:proofErr w:type="spellStart"/>
      <w:r w:rsidR="00350258">
        <w:t>Thỏa</w:t>
      </w:r>
      <w:proofErr w:type="spellEnd"/>
      <w:r w:rsidR="00350258">
        <w:t xml:space="preserve"> Thuận </w:t>
      </w:r>
      <w:proofErr w:type="spellStart"/>
      <w:r w:rsidR="00350258">
        <w:t>này</w:t>
      </w:r>
      <w:proofErr w:type="spellEnd"/>
      <w:r>
        <w:t>.</w:t>
      </w:r>
      <w:r>
        <w:br/>
        <w:t xml:space="preserve">- </w:t>
      </w:r>
      <w:proofErr w:type="spellStart"/>
      <w:r>
        <w:t>Bên</w:t>
      </w:r>
      <w:proofErr w:type="spellEnd"/>
      <w:r>
        <w:t xml:space="preserve"> B cam </w:t>
      </w:r>
      <w:proofErr w:type="spellStart"/>
      <w:r>
        <w:t>kết</w:t>
      </w:r>
      <w:proofErr w:type="spellEnd"/>
      <w:r>
        <w:t xml:space="preserve"> </w:t>
      </w:r>
      <w:proofErr w:type="spellStart"/>
      <w:r w:rsidR="00D85338">
        <w:t>thực</w:t>
      </w:r>
      <w:proofErr w:type="spellEnd"/>
      <w:r w:rsidR="00D85338">
        <w:t xml:space="preserve"> </w:t>
      </w:r>
      <w:proofErr w:type="spellStart"/>
      <w:r w:rsidR="00D85338">
        <w:t>hiện</w:t>
      </w:r>
      <w:proofErr w:type="spellEnd"/>
      <w:r w:rsidR="00D85338">
        <w:t xml:space="preserve"> </w:t>
      </w:r>
      <w:proofErr w:type="spellStart"/>
      <w:r w:rsidR="0053206C">
        <w:t>các</w:t>
      </w:r>
      <w:proofErr w:type="spellEnd"/>
      <w:r w:rsidR="0053206C">
        <w:t xml:space="preserve"> </w:t>
      </w:r>
      <w:proofErr w:type="spellStart"/>
      <w:r w:rsidR="0053206C">
        <w:t>nghĩa</w:t>
      </w:r>
      <w:proofErr w:type="spellEnd"/>
      <w:r w:rsidR="0053206C">
        <w:t xml:space="preserve"> </w:t>
      </w:r>
      <w:proofErr w:type="spellStart"/>
      <w:r w:rsidR="0053206C">
        <w:t>vụ</w:t>
      </w:r>
      <w:proofErr w:type="spellEnd"/>
      <w:r w:rsidR="0053206C"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 w:rsidR="00D85338">
        <w:t>với</w:t>
      </w:r>
      <w:proofErr w:type="spellEnd"/>
      <w:r w:rsidR="00D85338">
        <w:t xml:space="preserve"> </w:t>
      </w:r>
      <w:proofErr w:type="spellStart"/>
      <w:r w:rsidR="00D85338">
        <w:t>hãng</w:t>
      </w:r>
      <w:proofErr w:type="spellEnd"/>
      <w:r w:rsidR="00D85338">
        <w:t xml:space="preserve"> </w:t>
      </w:r>
      <w:proofErr w:type="spellStart"/>
      <w:r w:rsidR="00D85338">
        <w:t>tàu</w:t>
      </w:r>
      <w:proofErr w:type="spellEnd"/>
      <w:r w:rsidR="00D85338">
        <w:t xml:space="preserve"> OOCL </w:t>
      </w:r>
      <w:proofErr w:type="spellStart"/>
      <w:r w:rsidR="00D85338">
        <w:t>theo</w:t>
      </w:r>
      <w:proofErr w:type="spellEnd"/>
      <w:r w:rsidR="00D85338">
        <w:t xml:space="preserve"> booking, </w:t>
      </w:r>
      <w:proofErr w:type="spellStart"/>
      <w:r w:rsidR="00D85338">
        <w:t>vận</w:t>
      </w:r>
      <w:proofErr w:type="spellEnd"/>
      <w:r w:rsidR="00D85338">
        <w:t xml:space="preserve"> </w:t>
      </w:r>
      <w:proofErr w:type="spellStart"/>
      <w:r w:rsidR="00D85338">
        <w:t>đơn</w:t>
      </w:r>
      <w:proofErr w:type="spellEnd"/>
      <w:r w:rsidR="00D85338">
        <w:t xml:space="preserve"> </w:t>
      </w:r>
      <w:proofErr w:type="spellStart"/>
      <w:r w:rsidR="00D85338">
        <w:t>và</w:t>
      </w:r>
      <w:proofErr w:type="spellEnd"/>
      <w:r w:rsidR="00D85338">
        <w:t xml:space="preserve"> </w:t>
      </w:r>
      <w:r>
        <w:t xml:space="preserve">hóa </w:t>
      </w:r>
      <w:proofErr w:type="spellStart"/>
      <w:r>
        <w:t>đơn</w:t>
      </w:r>
      <w:proofErr w:type="spellEnd"/>
      <w:r>
        <w:t xml:space="preserve"> </w:t>
      </w:r>
      <w:r w:rsidR="00D85338">
        <w:t xml:space="preserve">VAT </w:t>
      </w:r>
      <w:proofErr w:type="spellStart"/>
      <w:r w:rsidR="00D85338">
        <w:t>như</w:t>
      </w:r>
      <w:proofErr w:type="spellEnd"/>
      <w:r w:rsidR="00D85338"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trên</w:t>
      </w:r>
      <w:proofErr w:type="spellEnd"/>
      <w:r>
        <w:t>.</w:t>
      </w:r>
      <w:r>
        <w:br/>
        <w:t>- Các bên cam kết lưu trữ đầy đủ chứng từ liên quan để phục vụ công tác kiểm tra, quyết toán thuế.</w:t>
      </w:r>
      <w:r>
        <w:br/>
      </w:r>
      <w:r w:rsidRPr="00D85338">
        <w:rPr>
          <w:b/>
          <w:bCs/>
        </w:rPr>
        <w:t>Điều 4: Hiệu lực</w:t>
      </w:r>
      <w:r w:rsidRPr="00D85338">
        <w:rPr>
          <w:b/>
          <w:bCs/>
        </w:rPr>
        <w:br/>
      </w:r>
      <w:r>
        <w:t>Biên bản này có hiệu lực kể từ ngày ký và là căn cứ pháp lý xác nhận việc thanh toán thay giữa các bên.</w:t>
      </w:r>
      <w:r>
        <w:br/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0</w:t>
      </w:r>
      <w:r w:rsidR="00D85338">
        <w:t>3</w:t>
      </w:r>
      <w:r>
        <w:t xml:space="preserve"> </w:t>
      </w:r>
      <w:proofErr w:type="spellStart"/>
      <w:r>
        <w:t>bản</w:t>
      </w:r>
      <w:proofErr w:type="spellEnd"/>
      <w:r>
        <w:t xml:space="preserve">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01 </w:t>
      </w:r>
      <w:proofErr w:type="spellStart"/>
      <w:r>
        <w:t>bản</w:t>
      </w:r>
      <w:proofErr w:type="spellEnd"/>
      <w:r w:rsidR="00D85338">
        <w:t xml:space="preserve">, </w:t>
      </w:r>
      <w:proofErr w:type="spellStart"/>
      <w:r w:rsidR="00D85338">
        <w:t>bên</w:t>
      </w:r>
      <w:proofErr w:type="spellEnd"/>
      <w:r w:rsidR="00D85338">
        <w:t xml:space="preserve"> </w:t>
      </w:r>
      <w:proofErr w:type="spellStart"/>
      <w:r w:rsidR="00D85338">
        <w:t>bán</w:t>
      </w:r>
      <w:proofErr w:type="spellEnd"/>
      <w:r w:rsidR="00D85338">
        <w:t xml:space="preserve"> </w:t>
      </w:r>
      <w:proofErr w:type="spellStart"/>
      <w:r w:rsidR="00D85338">
        <w:t>giữ</w:t>
      </w:r>
      <w:proofErr w:type="spellEnd"/>
      <w:r w:rsidR="00D85338">
        <w:t xml:space="preserve"> 1 </w:t>
      </w:r>
      <w:proofErr w:type="spellStart"/>
      <w:r w:rsidR="00D85338">
        <w:t>bản</w:t>
      </w:r>
      <w:proofErr w:type="spellEnd"/>
      <w:r w:rsidR="00D85338">
        <w:t>,</w:t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pháp lý như nhau.</w:t>
      </w:r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D85338" w14:paraId="0E8C0A74" w14:textId="77777777" w:rsidTr="00D85338">
        <w:tc>
          <w:tcPr>
            <w:tcW w:w="4963" w:type="dxa"/>
          </w:tcPr>
          <w:p w14:paraId="5CCE3E73" w14:textId="4948E59A" w:rsidR="00D85338" w:rsidRDefault="00D85338" w:rsidP="00D85338">
            <w:pPr>
              <w:jc w:val="center"/>
            </w:pPr>
            <w:r>
              <w:t>ĐẠI DIỆN BÊN A</w:t>
            </w:r>
          </w:p>
          <w:p w14:paraId="5896426E" w14:textId="0C9D2648" w:rsidR="00D85338" w:rsidRDefault="00D85338" w:rsidP="00D85338">
            <w:pPr>
              <w:jc w:val="center"/>
            </w:pPr>
            <w:r>
              <w:t>(</w:t>
            </w:r>
            <w:proofErr w:type="spellStart"/>
            <w:r>
              <w:t>Ký</w:t>
            </w:r>
            <w:proofErr w:type="spellEnd"/>
            <w:r>
              <w:t xml:space="preserve">, </w:t>
            </w: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rõ</w:t>
            </w:r>
            <w:proofErr w:type="spellEnd"/>
            <w:r>
              <w:t xml:space="preserve"> </w:t>
            </w: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, </w:t>
            </w:r>
            <w:proofErr w:type="spellStart"/>
            <w:r>
              <w:t>đóng</w:t>
            </w:r>
            <w:proofErr w:type="spellEnd"/>
            <w:r>
              <w:t xml:space="preserve"> </w:t>
            </w:r>
            <w:proofErr w:type="spellStart"/>
            <w:r>
              <w:t>dấu</w:t>
            </w:r>
            <w:proofErr w:type="spellEnd"/>
            <w:r>
              <w:t>)</w:t>
            </w:r>
          </w:p>
        </w:tc>
        <w:tc>
          <w:tcPr>
            <w:tcW w:w="4963" w:type="dxa"/>
          </w:tcPr>
          <w:p w14:paraId="5A7D9AFE" w14:textId="77777777" w:rsidR="00D85338" w:rsidRDefault="00D85338" w:rsidP="00D85338">
            <w:pPr>
              <w:jc w:val="center"/>
            </w:pPr>
            <w:r>
              <w:t>ĐẠI DIỆN BÊN B</w:t>
            </w:r>
          </w:p>
          <w:p w14:paraId="177F6D2D" w14:textId="1FAFDDB0" w:rsidR="00D85338" w:rsidRDefault="00D85338" w:rsidP="00D85338">
            <w:pPr>
              <w:jc w:val="center"/>
            </w:pPr>
            <w:r>
              <w:t>(</w:t>
            </w:r>
            <w:proofErr w:type="spellStart"/>
            <w:r>
              <w:t>Ký</w:t>
            </w:r>
            <w:proofErr w:type="spellEnd"/>
            <w:r>
              <w:t xml:space="preserve">, </w:t>
            </w: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rõ</w:t>
            </w:r>
            <w:proofErr w:type="spellEnd"/>
            <w:r>
              <w:t xml:space="preserve"> </w:t>
            </w: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, </w:t>
            </w:r>
            <w:proofErr w:type="spellStart"/>
            <w:r>
              <w:t>đóng</w:t>
            </w:r>
            <w:proofErr w:type="spellEnd"/>
            <w:r>
              <w:t xml:space="preserve"> </w:t>
            </w:r>
            <w:proofErr w:type="spellStart"/>
            <w:r>
              <w:t>dấu</w:t>
            </w:r>
            <w:proofErr w:type="spellEnd"/>
            <w:r>
              <w:t>)</w:t>
            </w:r>
          </w:p>
        </w:tc>
      </w:tr>
    </w:tbl>
    <w:p w14:paraId="6AA5AACB" w14:textId="65BCC46C" w:rsidR="00CA7B79" w:rsidRDefault="00CA7B79" w:rsidP="00D85338"/>
    <w:sectPr w:rsidR="00CA7B79" w:rsidSect="00D85338">
      <w:pgSz w:w="12240" w:h="15840"/>
      <w:pgMar w:top="1008" w:right="1008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451189"/>
    <w:multiLevelType w:val="hybridMultilevel"/>
    <w:tmpl w:val="6080804A"/>
    <w:lvl w:ilvl="0" w:tplc="D7C8B1F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347136">
    <w:abstractNumId w:val="8"/>
  </w:num>
  <w:num w:numId="2" w16cid:durableId="429354246">
    <w:abstractNumId w:val="6"/>
  </w:num>
  <w:num w:numId="3" w16cid:durableId="132724309">
    <w:abstractNumId w:val="5"/>
  </w:num>
  <w:num w:numId="4" w16cid:durableId="1454597618">
    <w:abstractNumId w:val="4"/>
  </w:num>
  <w:num w:numId="5" w16cid:durableId="132984868">
    <w:abstractNumId w:val="7"/>
  </w:num>
  <w:num w:numId="6" w16cid:durableId="2062827082">
    <w:abstractNumId w:val="3"/>
  </w:num>
  <w:num w:numId="7" w16cid:durableId="157304697">
    <w:abstractNumId w:val="2"/>
  </w:num>
  <w:num w:numId="8" w16cid:durableId="1189561363">
    <w:abstractNumId w:val="1"/>
  </w:num>
  <w:num w:numId="9" w16cid:durableId="208610267">
    <w:abstractNumId w:val="0"/>
  </w:num>
  <w:num w:numId="10" w16cid:durableId="167600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430D"/>
    <w:rsid w:val="0029639D"/>
    <w:rsid w:val="00326F90"/>
    <w:rsid w:val="00350258"/>
    <w:rsid w:val="00410561"/>
    <w:rsid w:val="004D737B"/>
    <w:rsid w:val="0053206C"/>
    <w:rsid w:val="00583C51"/>
    <w:rsid w:val="00641696"/>
    <w:rsid w:val="006B2692"/>
    <w:rsid w:val="007237F9"/>
    <w:rsid w:val="009666E4"/>
    <w:rsid w:val="00AA1D8D"/>
    <w:rsid w:val="00B141F5"/>
    <w:rsid w:val="00B47730"/>
    <w:rsid w:val="00CA7B79"/>
    <w:rsid w:val="00CB0664"/>
    <w:rsid w:val="00D85338"/>
    <w:rsid w:val="00DF1596"/>
    <w:rsid w:val="00F878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8A6553"/>
  <w14:defaultImageDpi w14:val="300"/>
  <w15:docId w15:val="{BCEB64E6-B6A7-4913-85DA-AE48242D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230168CC641449BEE50EEF826080F" ma:contentTypeVersion="3" ma:contentTypeDescription="Create a new document." ma:contentTypeScope="" ma:versionID="e4da774e33bfd74f0f40bbe5eb4bf4a6">
  <xsd:schema xmlns:xsd="http://www.w3.org/2001/XMLSchema" xmlns:xs="http://www.w3.org/2001/XMLSchema" xmlns:p="http://schemas.microsoft.com/office/2006/metadata/properties" xmlns:ns1="http://schemas.microsoft.com/sharepoint/v3" xmlns:ns2="a29cfd41-f262-4a4e-9dbf-f9e40f5ed1cc" targetNamespace="http://schemas.microsoft.com/office/2006/metadata/properties" ma:root="true" ma:fieldsID="fad29880b1992633392f5998c2560f05" ns1:_="" ns2:_="">
    <xsd:import namespace="http://schemas.microsoft.com/sharepoint/v3"/>
    <xsd:import namespace="a29cfd41-f262-4a4e-9dbf-f9e40f5ed1c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cfd41-f262-4a4e-9dbf-f9e40f5ed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8EC38-CE90-4950-ADA4-DD51B068B33D}"/>
</file>

<file path=customXml/itemProps3.xml><?xml version="1.0" encoding="utf-8"?>
<ds:datastoreItem xmlns:ds="http://schemas.openxmlformats.org/officeDocument/2006/customXml" ds:itemID="{02235F9D-D68D-4EAC-9B29-F8B8E7FD948F}"/>
</file>

<file path=customXml/itemProps4.xml><?xml version="1.0" encoding="utf-8"?>
<ds:datastoreItem xmlns:ds="http://schemas.openxmlformats.org/officeDocument/2006/customXml" ds:itemID="{713E60B1-A100-47F9-BEEE-FADA6F8B5197}"/>
</file>

<file path=docMetadata/LabelInfo.xml><?xml version="1.0" encoding="utf-8"?>
<clbl:labelList xmlns:clbl="http://schemas.microsoft.com/office/2020/mipLabelMetadata">
  <clbl:label id="{417a5ef8-8625-4b43-8979-e8fc3ba44a98}" enabled="1" method="Standard" siteId="{7851b4cc-2c5c-459f-96d9-16731d6b4ca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</Words>
  <Characters>2083</Characters>
  <Application>Microsoft Office Word</Application>
  <DocSecurity>0</DocSecurity>
  <Lines>43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LINH HOANG (MGT-CSV-OVCL/HCM)</cp:lastModifiedBy>
  <cp:revision>10</cp:revision>
  <dcterms:created xsi:type="dcterms:W3CDTF">2025-10-06T08:18:00Z</dcterms:created>
  <dcterms:modified xsi:type="dcterms:W3CDTF">2025-10-23T07:03:00Z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0x0101000AE230168CC641449BEE50EEF826080F</vt:lpwstr>
  </property>
</Properties>
</file>